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3063D" w14:textId="77777777" w:rsidR="00664798" w:rsidRDefault="007C7ABF" w:rsidP="00600255">
      <w:pPr>
        <w:pStyle w:val="Heading1"/>
        <w:spacing w:before="0"/>
        <w:jc w:val="center"/>
      </w:pPr>
      <w:r>
        <w:t>Beloit College Student Worker Supervisor Checklist</w:t>
      </w:r>
    </w:p>
    <w:p w14:paraId="3E032136" w14:textId="41F98512" w:rsidR="00664798" w:rsidRDefault="00AC072A" w:rsidP="00600255">
      <w:pPr>
        <w:spacing w:after="36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Print this checklist. </w:t>
      </w:r>
      <w:r w:rsidR="00600255">
        <w:rPr>
          <w:i/>
          <w:sz w:val="24"/>
          <w:szCs w:val="24"/>
        </w:rPr>
        <w:t>C</w:t>
      </w:r>
      <w:r w:rsidR="007C7ABF">
        <w:rPr>
          <w:i/>
          <w:sz w:val="24"/>
          <w:szCs w:val="24"/>
        </w:rPr>
        <w:t>heck each item, date, and keep in your records.</w:t>
      </w:r>
    </w:p>
    <w:p w14:paraId="7D9846EE" w14:textId="77777777" w:rsidR="007B77A2" w:rsidRDefault="007C7ABF">
      <w:pPr>
        <w:rPr>
          <w:b/>
          <w:sz w:val="24"/>
          <w:szCs w:val="24"/>
        </w:rPr>
      </w:pPr>
      <w:r>
        <w:rPr>
          <w:b/>
          <w:sz w:val="24"/>
          <w:szCs w:val="24"/>
        </w:rPr>
        <w:t>Supervisor Name:</w:t>
      </w:r>
    </w:p>
    <w:p w14:paraId="460F794A" w14:textId="5C211E67" w:rsidR="007B77A2" w:rsidRDefault="007C7ABF">
      <w:pPr>
        <w:rPr>
          <w:b/>
          <w:sz w:val="24"/>
          <w:szCs w:val="24"/>
        </w:rPr>
      </w:pPr>
      <w:r>
        <w:rPr>
          <w:b/>
          <w:sz w:val="24"/>
          <w:szCs w:val="24"/>
        </w:rPr>
        <w:t>Student Name</w:t>
      </w:r>
      <w:r w:rsidR="007B77A2">
        <w:rPr>
          <w:b/>
          <w:sz w:val="24"/>
          <w:szCs w:val="24"/>
        </w:rPr>
        <w:t>:</w:t>
      </w:r>
    </w:p>
    <w:p w14:paraId="1F6AEAF6" w14:textId="5EA3A0B7" w:rsidR="007B77A2" w:rsidRDefault="007C7ABF">
      <w:pPr>
        <w:rPr>
          <w:b/>
          <w:sz w:val="24"/>
          <w:szCs w:val="24"/>
        </w:rPr>
      </w:pPr>
      <w:r>
        <w:rPr>
          <w:b/>
          <w:sz w:val="24"/>
          <w:szCs w:val="24"/>
        </w:rPr>
        <w:t>Job Title:</w:t>
      </w:r>
    </w:p>
    <w:tbl>
      <w:tblPr>
        <w:tblStyle w:val="a"/>
        <w:tblW w:w="864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40"/>
        <w:gridCol w:w="977"/>
        <w:gridCol w:w="913"/>
        <w:gridCol w:w="1710"/>
      </w:tblGrid>
      <w:tr w:rsidR="00664798" w14:paraId="36347DD1" w14:textId="77777777" w:rsidTr="007B77A2">
        <w:tc>
          <w:tcPr>
            <w:tcW w:w="5040" w:type="dxa"/>
            <w:vAlign w:val="center"/>
          </w:tcPr>
          <w:p w14:paraId="4D261590" w14:textId="77777777" w:rsidR="00664798" w:rsidRPr="007B77A2" w:rsidRDefault="007C7ABF" w:rsidP="007B77A2">
            <w:pPr>
              <w:rPr>
                <w:b/>
                <w:bCs/>
                <w:sz w:val="28"/>
                <w:szCs w:val="28"/>
              </w:rPr>
            </w:pPr>
            <w:r w:rsidRPr="007B77A2">
              <w:rPr>
                <w:b/>
                <w:bCs/>
                <w:sz w:val="28"/>
                <w:szCs w:val="28"/>
              </w:rPr>
              <w:t>Checklist Item</w:t>
            </w:r>
          </w:p>
        </w:tc>
        <w:tc>
          <w:tcPr>
            <w:tcW w:w="977" w:type="dxa"/>
            <w:vAlign w:val="center"/>
          </w:tcPr>
          <w:p w14:paraId="49160E8D" w14:textId="2EFB5ACC" w:rsidR="00664798" w:rsidRPr="007B77A2" w:rsidRDefault="007C7ABF" w:rsidP="007B77A2">
            <w:pPr>
              <w:jc w:val="center"/>
              <w:rPr>
                <w:b/>
                <w:bCs/>
                <w:sz w:val="28"/>
                <w:szCs w:val="28"/>
              </w:rPr>
            </w:pPr>
            <w:r w:rsidRPr="007B77A2">
              <w:rPr>
                <w:b/>
                <w:bCs/>
                <w:sz w:val="28"/>
                <w:szCs w:val="28"/>
              </w:rPr>
              <w:t>Done</w:t>
            </w:r>
          </w:p>
        </w:tc>
        <w:tc>
          <w:tcPr>
            <w:tcW w:w="913" w:type="dxa"/>
            <w:vAlign w:val="center"/>
          </w:tcPr>
          <w:p w14:paraId="6E391DDF" w14:textId="77777777" w:rsidR="00664798" w:rsidRPr="007B77A2" w:rsidRDefault="007C7ABF" w:rsidP="007B77A2">
            <w:pPr>
              <w:jc w:val="center"/>
              <w:rPr>
                <w:b/>
                <w:bCs/>
                <w:sz w:val="28"/>
                <w:szCs w:val="28"/>
              </w:rPr>
            </w:pPr>
            <w:r w:rsidRPr="007B77A2">
              <w:rPr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710" w:type="dxa"/>
            <w:vAlign w:val="center"/>
          </w:tcPr>
          <w:p w14:paraId="203BEE5F" w14:textId="795A256D" w:rsidR="00664798" w:rsidRPr="007B77A2" w:rsidRDefault="007C7ABF" w:rsidP="007B77A2">
            <w:pPr>
              <w:jc w:val="center"/>
              <w:rPr>
                <w:b/>
                <w:bCs/>
                <w:sz w:val="28"/>
                <w:szCs w:val="28"/>
              </w:rPr>
            </w:pPr>
            <w:r w:rsidRPr="007B77A2">
              <w:rPr>
                <w:b/>
                <w:bCs/>
                <w:sz w:val="28"/>
                <w:szCs w:val="28"/>
              </w:rPr>
              <w:t xml:space="preserve">Date </w:t>
            </w:r>
            <w:r w:rsidR="007B77A2" w:rsidRPr="007B77A2">
              <w:rPr>
                <w:b/>
                <w:bCs/>
                <w:sz w:val="28"/>
                <w:szCs w:val="28"/>
              </w:rPr>
              <w:t>C</w:t>
            </w:r>
            <w:r w:rsidRPr="007B77A2">
              <w:rPr>
                <w:b/>
                <w:bCs/>
                <w:sz w:val="28"/>
                <w:szCs w:val="28"/>
              </w:rPr>
              <w:t xml:space="preserve">ompleted </w:t>
            </w:r>
            <w:r w:rsidRPr="007B77A2">
              <w:rPr>
                <w:b/>
                <w:bCs/>
                <w:sz w:val="20"/>
                <w:szCs w:val="20"/>
              </w:rPr>
              <w:t>(</w:t>
            </w:r>
            <w:r w:rsidR="007B77A2" w:rsidRPr="007B77A2">
              <w:rPr>
                <w:b/>
                <w:bCs/>
                <w:sz w:val="20"/>
                <w:szCs w:val="20"/>
              </w:rPr>
              <w:t>MM</w:t>
            </w:r>
            <w:r w:rsidR="007B77A2">
              <w:rPr>
                <w:b/>
                <w:bCs/>
                <w:sz w:val="20"/>
                <w:szCs w:val="20"/>
              </w:rPr>
              <w:t>-</w:t>
            </w:r>
            <w:r w:rsidR="007B77A2" w:rsidRPr="007B77A2">
              <w:rPr>
                <w:b/>
                <w:bCs/>
                <w:sz w:val="20"/>
                <w:szCs w:val="20"/>
              </w:rPr>
              <w:t>DD</w:t>
            </w:r>
            <w:r w:rsidR="007B77A2">
              <w:rPr>
                <w:b/>
                <w:bCs/>
                <w:sz w:val="20"/>
                <w:szCs w:val="20"/>
              </w:rPr>
              <w:t>-</w:t>
            </w:r>
            <w:r w:rsidR="007B77A2" w:rsidRPr="007B77A2">
              <w:rPr>
                <w:b/>
                <w:bCs/>
                <w:sz w:val="20"/>
                <w:szCs w:val="20"/>
              </w:rPr>
              <w:t>YY</w:t>
            </w:r>
            <w:r w:rsidR="007B77A2">
              <w:rPr>
                <w:b/>
                <w:bCs/>
                <w:sz w:val="20"/>
                <w:szCs w:val="20"/>
              </w:rPr>
              <w:t>YY</w:t>
            </w:r>
            <w:r w:rsidRPr="007B77A2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664798" w14:paraId="04C1487B" w14:textId="77777777" w:rsidTr="007B77A2">
        <w:tc>
          <w:tcPr>
            <w:tcW w:w="5040" w:type="dxa"/>
            <w:vAlign w:val="center"/>
          </w:tcPr>
          <w:p w14:paraId="16CB8376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Supervisor Training via Vector Solutions (Anti-Discrimination &amp; Harassment)</w:t>
            </w:r>
          </w:p>
        </w:tc>
        <w:tc>
          <w:tcPr>
            <w:tcW w:w="977" w:type="dxa"/>
            <w:vAlign w:val="center"/>
          </w:tcPr>
          <w:p w14:paraId="187EF2C1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59338205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280FE497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6FF0D68E" w14:textId="77777777" w:rsidTr="007B77A2">
        <w:tc>
          <w:tcPr>
            <w:tcW w:w="5040" w:type="dxa"/>
            <w:vAlign w:val="center"/>
          </w:tcPr>
          <w:p w14:paraId="06063F13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student worker job orientation</w:t>
            </w:r>
          </w:p>
        </w:tc>
        <w:tc>
          <w:tcPr>
            <w:tcW w:w="977" w:type="dxa"/>
            <w:vAlign w:val="center"/>
          </w:tcPr>
          <w:p w14:paraId="38AE6BB5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1666D440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01E95865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077A2ACA" w14:textId="77777777" w:rsidTr="007B77A2">
        <w:tc>
          <w:tcPr>
            <w:tcW w:w="5040" w:type="dxa"/>
            <w:vAlign w:val="center"/>
          </w:tcPr>
          <w:p w14:paraId="05640AD1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 customer service expectations</w:t>
            </w:r>
          </w:p>
        </w:tc>
        <w:tc>
          <w:tcPr>
            <w:tcW w:w="977" w:type="dxa"/>
            <w:vAlign w:val="center"/>
          </w:tcPr>
          <w:p w14:paraId="69FF9677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0D3C4952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5CD58C74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76DE15E4" w14:textId="77777777" w:rsidTr="007B77A2">
        <w:tc>
          <w:tcPr>
            <w:tcW w:w="5040" w:type="dxa"/>
            <w:vAlign w:val="center"/>
          </w:tcPr>
          <w:p w14:paraId="74C84964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applicable, how to report incidents</w:t>
            </w:r>
          </w:p>
        </w:tc>
        <w:tc>
          <w:tcPr>
            <w:tcW w:w="977" w:type="dxa"/>
            <w:vAlign w:val="center"/>
          </w:tcPr>
          <w:p w14:paraId="42B48281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21FF6E66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5F3B093B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6BE06611" w14:textId="77777777" w:rsidTr="007B77A2">
        <w:tc>
          <w:tcPr>
            <w:tcW w:w="5040" w:type="dxa"/>
            <w:vAlign w:val="center"/>
          </w:tcPr>
          <w:p w14:paraId="40FAB687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applicable, how to transfer or refer to others</w:t>
            </w:r>
          </w:p>
        </w:tc>
        <w:tc>
          <w:tcPr>
            <w:tcW w:w="977" w:type="dxa"/>
            <w:vAlign w:val="center"/>
          </w:tcPr>
          <w:p w14:paraId="6D3925B1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4467F089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62838DB6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2A1C48A7" w14:textId="77777777" w:rsidTr="007B77A2">
        <w:tc>
          <w:tcPr>
            <w:tcW w:w="5040" w:type="dxa"/>
            <w:vAlign w:val="center"/>
          </w:tcPr>
          <w:p w14:paraId="1AB88A0C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applicable, how to work with public</w:t>
            </w:r>
          </w:p>
        </w:tc>
        <w:tc>
          <w:tcPr>
            <w:tcW w:w="977" w:type="dxa"/>
            <w:vAlign w:val="center"/>
          </w:tcPr>
          <w:p w14:paraId="3494A92E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462B13BD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7DA1252E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7648C2EF" w14:textId="77777777" w:rsidTr="007B77A2">
        <w:tc>
          <w:tcPr>
            <w:tcW w:w="5040" w:type="dxa"/>
            <w:vAlign w:val="center"/>
          </w:tcPr>
          <w:p w14:paraId="1A1BFAB9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safety &amp; emergency procedures</w:t>
            </w:r>
          </w:p>
        </w:tc>
        <w:tc>
          <w:tcPr>
            <w:tcW w:w="977" w:type="dxa"/>
            <w:vAlign w:val="center"/>
          </w:tcPr>
          <w:p w14:paraId="3E6E4CB2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28811910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7BAB50D4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07E3DC41" w14:textId="77777777" w:rsidTr="007B77A2">
        <w:tc>
          <w:tcPr>
            <w:tcW w:w="5040" w:type="dxa"/>
            <w:vAlign w:val="center"/>
          </w:tcPr>
          <w:p w14:paraId="606B36A5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campus policies relevant to the role (e.g., confidentiality, safety, etc.)</w:t>
            </w:r>
          </w:p>
        </w:tc>
        <w:tc>
          <w:tcPr>
            <w:tcW w:w="977" w:type="dxa"/>
            <w:vAlign w:val="center"/>
          </w:tcPr>
          <w:p w14:paraId="0C1C4078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32E1FDFB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22D95D7A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036EC396" w14:textId="77777777" w:rsidTr="007B77A2">
        <w:tc>
          <w:tcPr>
            <w:tcW w:w="5040" w:type="dxa"/>
            <w:vAlign w:val="center"/>
          </w:tcPr>
          <w:p w14:paraId="4B854F4D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 communication expectations (e.g., call, text, email)</w:t>
            </w:r>
          </w:p>
        </w:tc>
        <w:tc>
          <w:tcPr>
            <w:tcW w:w="977" w:type="dxa"/>
            <w:vAlign w:val="center"/>
          </w:tcPr>
          <w:p w14:paraId="544024D3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3BD1830D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6F9D5FBD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6E6550CC" w14:textId="77777777" w:rsidTr="007B77A2">
        <w:tc>
          <w:tcPr>
            <w:tcW w:w="5040" w:type="dxa"/>
            <w:vAlign w:val="center"/>
          </w:tcPr>
          <w:p w14:paraId="4B51F096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Provide a regular work schedule, unless the position is defined as periodic or event-based in the job description</w:t>
            </w:r>
          </w:p>
        </w:tc>
        <w:tc>
          <w:tcPr>
            <w:tcW w:w="977" w:type="dxa"/>
            <w:vAlign w:val="center"/>
          </w:tcPr>
          <w:p w14:paraId="218792F2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691D0954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19FBDD4B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3DD560DD" w14:textId="77777777" w:rsidTr="007B77A2">
        <w:tc>
          <w:tcPr>
            <w:tcW w:w="5040" w:type="dxa"/>
            <w:vAlign w:val="center"/>
          </w:tcPr>
          <w:p w14:paraId="3FD9980C" w14:textId="340F2DEE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Establish regular periodic check-ins</w:t>
            </w:r>
          </w:p>
        </w:tc>
        <w:tc>
          <w:tcPr>
            <w:tcW w:w="977" w:type="dxa"/>
            <w:vAlign w:val="center"/>
          </w:tcPr>
          <w:p w14:paraId="19AADA9B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4A912268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3CE1CF2A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194B8B34" w14:textId="77777777" w:rsidTr="007B77A2">
        <w:tc>
          <w:tcPr>
            <w:tcW w:w="5040" w:type="dxa"/>
            <w:vAlign w:val="center"/>
          </w:tcPr>
          <w:p w14:paraId="3DF1D9A0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 location of where work performed</w:t>
            </w:r>
          </w:p>
        </w:tc>
        <w:tc>
          <w:tcPr>
            <w:tcW w:w="977" w:type="dxa"/>
            <w:vAlign w:val="center"/>
          </w:tcPr>
          <w:p w14:paraId="023692B7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02A723D1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6115B848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7A21CB30" w14:textId="77777777" w:rsidTr="007B77A2">
        <w:tc>
          <w:tcPr>
            <w:tcW w:w="5040" w:type="dxa"/>
            <w:vAlign w:val="center"/>
          </w:tcPr>
          <w:p w14:paraId="4B0D3762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Clarify use of campus resources (e.g., equipment, workspace)</w:t>
            </w:r>
          </w:p>
        </w:tc>
        <w:tc>
          <w:tcPr>
            <w:tcW w:w="977" w:type="dxa"/>
            <w:vAlign w:val="center"/>
          </w:tcPr>
          <w:p w14:paraId="55127920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40BDA840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46EC811B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583345E8" w14:textId="77777777" w:rsidTr="007B77A2">
        <w:tc>
          <w:tcPr>
            <w:tcW w:w="5040" w:type="dxa"/>
            <w:vAlign w:val="center"/>
          </w:tcPr>
          <w:p w14:paraId="7D7CDD3B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Expectation that timecards are completed accurately and submitted on time</w:t>
            </w:r>
          </w:p>
        </w:tc>
        <w:tc>
          <w:tcPr>
            <w:tcW w:w="977" w:type="dxa"/>
            <w:vAlign w:val="center"/>
          </w:tcPr>
          <w:p w14:paraId="3A4016BF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47B57008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1697CA29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7CBD028B" w14:textId="77777777" w:rsidTr="007B77A2">
        <w:tc>
          <w:tcPr>
            <w:tcW w:w="5040" w:type="dxa"/>
            <w:vAlign w:val="center"/>
          </w:tcPr>
          <w:p w14:paraId="420DCC44" w14:textId="4561CE2A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 dress code or professional appearance</w:t>
            </w:r>
          </w:p>
        </w:tc>
        <w:tc>
          <w:tcPr>
            <w:tcW w:w="977" w:type="dxa"/>
            <w:vAlign w:val="center"/>
          </w:tcPr>
          <w:p w14:paraId="266237A1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20FCD6AF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1EC4BE16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41EF8DB6" w14:textId="77777777" w:rsidTr="007B77A2">
        <w:tc>
          <w:tcPr>
            <w:tcW w:w="5040" w:type="dxa"/>
            <w:vAlign w:val="center"/>
          </w:tcPr>
          <w:p w14:paraId="7A17834E" w14:textId="77777777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student sign job description</w:t>
            </w:r>
          </w:p>
        </w:tc>
        <w:tc>
          <w:tcPr>
            <w:tcW w:w="977" w:type="dxa"/>
            <w:vAlign w:val="center"/>
          </w:tcPr>
          <w:p w14:paraId="73154E6E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136EBEFC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1AA1881D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  <w:tr w:rsidR="00664798" w14:paraId="5F4A34B1" w14:textId="77777777" w:rsidTr="007B77A2">
        <w:tc>
          <w:tcPr>
            <w:tcW w:w="5040" w:type="dxa"/>
            <w:vAlign w:val="center"/>
          </w:tcPr>
          <w:p w14:paraId="1E1C5C68" w14:textId="542EFEC4" w:rsidR="00664798" w:rsidRDefault="007C7ABF" w:rsidP="007B77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 student workers what other jobs have and to remind them to not exceed a total of 20 hours per week across all campus jobs</w:t>
            </w:r>
          </w:p>
        </w:tc>
        <w:tc>
          <w:tcPr>
            <w:tcW w:w="977" w:type="dxa"/>
            <w:vAlign w:val="center"/>
          </w:tcPr>
          <w:p w14:paraId="4111BABA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913" w:type="dxa"/>
            <w:vAlign w:val="center"/>
          </w:tcPr>
          <w:p w14:paraId="60354D35" w14:textId="77777777" w:rsidR="00664798" w:rsidRPr="007B77A2" w:rsidRDefault="007C7ABF" w:rsidP="007B77A2">
            <w:pPr>
              <w:jc w:val="center"/>
              <w:rPr>
                <w:sz w:val="32"/>
                <w:szCs w:val="32"/>
              </w:rPr>
            </w:pPr>
            <w:r w:rsidRPr="007B77A2">
              <w:rPr>
                <w:sz w:val="32"/>
                <w:szCs w:val="32"/>
              </w:rPr>
              <w:t>☐</w:t>
            </w:r>
          </w:p>
        </w:tc>
        <w:tc>
          <w:tcPr>
            <w:tcW w:w="1710" w:type="dxa"/>
            <w:vAlign w:val="center"/>
          </w:tcPr>
          <w:p w14:paraId="77DFC9B6" w14:textId="77777777" w:rsidR="00664798" w:rsidRDefault="00664798" w:rsidP="007B77A2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CD44198" w14:textId="77777777" w:rsidR="00664798" w:rsidRDefault="00664798">
      <w:pPr>
        <w:rPr>
          <w:sz w:val="24"/>
          <w:szCs w:val="24"/>
        </w:rPr>
      </w:pPr>
    </w:p>
    <w:sectPr w:rsidR="00664798"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04686"/>
    <w:multiLevelType w:val="multilevel"/>
    <w:tmpl w:val="EE3E6132"/>
    <w:lvl w:ilvl="0">
      <w:start w:val="1"/>
      <w:numFmt w:val="bullet"/>
      <w:pStyle w:val="List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202386C"/>
    <w:multiLevelType w:val="multilevel"/>
    <w:tmpl w:val="88804088"/>
    <w:lvl w:ilvl="0">
      <w:start w:val="1"/>
      <w:numFmt w:val="bullet"/>
      <w:pStyle w:val="ListBullet2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1C20152"/>
    <w:multiLevelType w:val="multilevel"/>
    <w:tmpl w:val="C3A4FD96"/>
    <w:lvl w:ilvl="0">
      <w:start w:val="1"/>
      <w:numFmt w:val="decimal"/>
      <w:pStyle w:val="ListBullet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66726266">
    <w:abstractNumId w:val="0"/>
  </w:num>
  <w:num w:numId="2" w16cid:durableId="1994522816">
    <w:abstractNumId w:val="1"/>
  </w:num>
  <w:num w:numId="3" w16cid:durableId="137889525">
    <w:abstractNumId w:val="2"/>
  </w:num>
  <w:num w:numId="4" w16cid:durableId="468788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058821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83994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98"/>
    <w:rsid w:val="001A43BE"/>
    <w:rsid w:val="00297E54"/>
    <w:rsid w:val="00600255"/>
    <w:rsid w:val="00664798"/>
    <w:rsid w:val="007B77A2"/>
    <w:rsid w:val="007C7ABF"/>
    <w:rsid w:val="00AC072A"/>
    <w:rsid w:val="00C15C45"/>
    <w:rsid w:val="00C4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DD18B"/>
  <w15:docId w15:val="{BB1EE778-C9AC-4BCA-8671-852CD580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i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color w:val="243F6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libri" w:eastAsia="Calibri" w:hAnsi="Calibri" w:cs="Calibri"/>
      <w:i/>
      <w:color w:val="4F81BD"/>
      <w:sz w:val="24"/>
      <w:szCs w:val="24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VOCGPINYNW47bmtNHfB27vzoSw==">CgMxLjA4AHIhMUNZMnpuS3RnRmFmYzdNQUcxR0thRlRUbVl6S1g2TEZY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Microsoft Office User</cp:lastModifiedBy>
  <cp:revision>5</cp:revision>
  <cp:lastPrinted>2025-09-09T22:01:00Z</cp:lastPrinted>
  <dcterms:created xsi:type="dcterms:W3CDTF">2025-09-09T22:01:00Z</dcterms:created>
  <dcterms:modified xsi:type="dcterms:W3CDTF">2025-09-09T22:04:00Z</dcterms:modified>
</cp:coreProperties>
</file>